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986"/>
        <w:gridCol w:w="4986"/>
      </w:tblGrid>
      <w:tr>
        <w:tc>
          <w:tcPr>
            <w:tcW w:type="dxa" w:w="1701"/>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kvwlogo.png"/>
                          <pic:cNvPicPr/>
                        </pic:nvPicPr>
                        <pic:blipFill>
                          <a:blip r:embed="rId10"/>
                          <a:stretch>
                            <a:fillRect/>
                          </a:stretch>
                        </pic:blipFill>
                        <pic:spPr>
                          <a:xfrm>
                            <a:off x="0" y="0"/>
                            <a:ext cx="936000" cy="936000"/>
                          </a:xfrm>
                          <a:prstGeom prst="rect"/>
                        </pic:spPr>
                      </pic:pic>
                    </a:graphicData>
                  </a:graphic>
                </wp:inline>
              </w:drawing>
            </w:r>
          </w:p>
        </w:tc>
        <w:tc>
          <w:tcPr>
            <w:tcW w:type="dxa" w:w="7937"/>
            <w:vAlign w:val="center"/>
          </w:tcPr>
          <w:p>
            <w:pPr>
              <w:pStyle w:val="Heading1"/>
            </w:pPr>
            <w:r>
              <w:t>Maatschappelijke stage overeenkomst</w:t>
            </w:r>
          </w:p>
          <w:p>
            <w:r>
              <w:rPr>
                <w:color w:val="666666"/>
              </w:rPr>
              <w:t>Kindervakantiewerk (KVW) Eerde</w:t>
            </w:r>
          </w:p>
        </w:tc>
      </w:tr>
    </w:tbl>
    <w:p/>
    <w:p>
      <w:r>
        <w:t>Dit formulier wordt door alle partijen voor akkoord ondertekend en ingeleverd bij de stagebieder (KVW Eerde). Een maatschappelijke stage kun je aanvragen tijdens de inschrijving van de kinderen en vrijwilligers; kijk hiervoor op www.kvw-eerde.nl.</w:t>
      </w:r>
    </w:p>
    <w:p>
      <w:pPr>
        <w:pStyle w:val="Heading2"/>
      </w:pPr>
      <w:r>
        <w:t>Doel van de maatschappelijke stage bij KVW Eerde</w:t>
      </w:r>
    </w:p>
    <w:p>
      <w:r>
        <w:t>Drie woorden staan in deze stage centraal: leren, genieten en saamhorigheid.</w:t>
      </w:r>
    </w:p>
    <w:p>
      <w:pPr>
        <w:pStyle w:val="ListBullet"/>
      </w:pPr>
      <w:r>
        <w:t>Leren: je leert samenwerken, met kinderen omgaan en creatief zijn. Je ontdekt hoe het is om vrijwilligerswerk te doen en wat er allemaal achter de schermen gebeurt om een paar mooie dagen neer te zetten.</w:t>
      </w:r>
    </w:p>
    <w:p>
      <w:pPr>
        <w:pStyle w:val="ListBullet"/>
      </w:pPr>
      <w:r>
        <w:t>Genieten: je krijgt energie van alle blije en vrolijke kinderen.</w:t>
      </w:r>
    </w:p>
    <w:p>
      <w:pPr>
        <w:pStyle w:val="ListBullet"/>
      </w:pPr>
      <w:r>
        <w:t>Saamhorigheid: alleen samen krijgen we KVW Eerde voor elkaar, en daar kunnen we jouw hulp ontzettend goed bij gebruiken.</w:t>
      </w:r>
    </w:p>
    <w:p>
      <w:r>
        <w:t>KVW Eerde vindt bewust plaats in de laatste week van de zomervakantie. Zo kunnen kinderen en ouders alvast wennen aan een vast ritme en elkaar na een lange periode weer zien en bijkletsen.</w:t>
      </w:r>
    </w:p>
    <w:p>
      <w:pPr>
        <w:pStyle w:val="Heading2"/>
      </w:pPr>
      <w:r>
        <w:t>Ondergetekenden</w:t>
      </w:r>
    </w:p>
    <w:p>
      <w:r>
        <w:rPr>
          <w:b/>
        </w:rPr>
        <w:t>1. Stagebieder</w:t>
      </w:r>
    </w:p>
    <w:tbl>
      <w:tblPr>
        <w:tblW w:type="auto" w:w="0"/>
        <w:tblLayout w:type="fixed"/>
        <w:tblLook w:firstColumn="1" w:firstRow="1" w:lastColumn="0" w:lastRow="0" w:noHBand="0" w:noVBand="1" w:val="04A0"/>
      </w:tblPr>
      <w:tblGrid>
        <w:gridCol w:w="4986"/>
        <w:gridCol w:w="4986"/>
      </w:tblGrid>
      <w:tr>
        <w:trPr>
          <w:trHeight w:val="482"/>
        </w:trPr>
        <w:tc>
          <w:tcPr>
            <w:tcW w:type="dxa" w:w="3118"/>
            <w:tcBorders>
              <w:top w:val="nil"/>
              <w:left w:val="nil"/>
              <w:right w:val="nil"/>
              <w:bottom w:val="nil"/>
            </w:tcBorders>
            <w:vAlign w:val="bottom"/>
          </w:tcPr>
          <w:p>
            <w:r>
              <w:rPr>
                <w:b/>
              </w:rPr>
              <w:t>Organisatie</w:t>
            </w:r>
          </w:p>
        </w:tc>
        <w:tc>
          <w:tcPr>
            <w:tcW w:type="dxa" w:w="6520"/>
            <w:tcBorders>
              <w:top w:val="nil"/>
              <w:left w:val="nil"/>
              <w:right w:val="nil"/>
              <w:bottom w:val="single" w:sz="6" w:color="BBBBBB"/>
            </w:tcBorders>
          </w:tcPr>
          <w:p>
            <w:r>
              <w:t>KVW Eerde (Kindervakantiewerk)</w:t>
            </w:r>
          </w:p>
        </w:tc>
      </w:tr>
      <w:tr>
        <w:trPr>
          <w:trHeight w:val="482"/>
        </w:trPr>
        <w:tc>
          <w:tcPr>
            <w:tcW w:type="dxa" w:w="3118"/>
            <w:tcBorders>
              <w:top w:val="nil"/>
              <w:left w:val="nil"/>
              <w:right w:val="nil"/>
              <w:bottom w:val="nil"/>
            </w:tcBorders>
            <w:vAlign w:val="bottom"/>
          </w:tcPr>
          <w:p>
            <w:r>
              <w:rPr>
                <w:b/>
              </w:rPr>
              <w:t>Adres</w:t>
            </w:r>
          </w:p>
        </w:tc>
        <w:tc>
          <w:tcPr>
            <w:tcW w:type="dxa" w:w="6520"/>
            <w:tcBorders>
              <w:top w:val="nil"/>
              <w:left w:val="nil"/>
              <w:right w:val="nil"/>
              <w:bottom w:val="single" w:sz="6" w:color="BBBBBB"/>
            </w:tcBorders>
          </w:tcPr>
          <w:p>
            <w:r>
              <w:t>Bergweg (open grasveld)</w:t>
            </w:r>
          </w:p>
        </w:tc>
      </w:tr>
      <w:tr>
        <w:trPr>
          <w:trHeight w:val="482"/>
        </w:trPr>
        <w:tc>
          <w:tcPr>
            <w:tcW w:type="dxa" w:w="3118"/>
            <w:tcBorders>
              <w:top w:val="nil"/>
              <w:left w:val="nil"/>
              <w:right w:val="nil"/>
              <w:bottom w:val="nil"/>
            </w:tcBorders>
            <w:vAlign w:val="bottom"/>
          </w:tcPr>
          <w:p>
            <w:r>
              <w:rPr>
                <w:b/>
              </w:rPr>
              <w:t>Plaats</w:t>
            </w:r>
          </w:p>
        </w:tc>
        <w:tc>
          <w:tcPr>
            <w:tcW w:type="dxa" w:w="6520"/>
            <w:tcBorders>
              <w:top w:val="nil"/>
              <w:left w:val="nil"/>
              <w:right w:val="nil"/>
              <w:bottom w:val="single" w:sz="6" w:color="BBBBBB"/>
            </w:tcBorders>
          </w:tcPr>
          <w:p>
            <w:r>
              <w:t>Eerde</w:t>
            </w:r>
          </w:p>
        </w:tc>
      </w:tr>
      <w:tr>
        <w:trPr>
          <w:trHeight w:val="482"/>
        </w:trPr>
        <w:tc>
          <w:tcPr>
            <w:tcW w:type="dxa" w:w="3118"/>
            <w:tcBorders>
              <w:top w:val="nil"/>
              <w:left w:val="nil"/>
              <w:right w:val="nil"/>
              <w:bottom w:val="nil"/>
            </w:tcBorders>
            <w:vAlign w:val="bottom"/>
          </w:tcPr>
          <w:p>
            <w:r>
              <w:rPr>
                <w:b/>
              </w:rPr>
              <w:t>Stagebegeleider</w:t>
            </w:r>
          </w:p>
          <w:p>
            <w:r>
              <w:rPr>
                <w:i/>
                <w:color w:val="666666"/>
                <w:sz w:val="17"/>
              </w:rPr>
              <w:t>naam en functie</w:t>
            </w:r>
          </w:p>
        </w:tc>
        <w:tc>
          <w:tcPr>
            <w:tcW w:type="dxa" w:w="6520"/>
            <w:tcBorders>
              <w:top w:val="nil"/>
              <w:left w:val="nil"/>
              <w:right w:val="nil"/>
              <w:bottom w:val="single" w:sz="6" w:color="BBBBBB"/>
            </w:tcBorders>
          </w:tcPr>
          <w:p/>
        </w:tc>
      </w:tr>
    </w:tbl>
    <w:p/>
    <w:p>
      <w:r>
        <w:rPr>
          <w:b/>
        </w:rPr>
        <w:t>2. School</w:t>
      </w:r>
    </w:p>
    <w:tbl>
      <w:tblPr>
        <w:tblW w:type="auto" w:w="0"/>
        <w:tblLayout w:type="fixed"/>
        <w:tblLook w:firstColumn="1" w:firstRow="1" w:lastColumn="0" w:lastRow="0" w:noHBand="0" w:noVBand="1" w:val="04A0"/>
      </w:tblPr>
      <w:tblGrid>
        <w:gridCol w:w="4986"/>
        <w:gridCol w:w="4986"/>
      </w:tblGrid>
      <w:tr>
        <w:trPr>
          <w:trHeight w:val="482"/>
        </w:trPr>
        <w:tc>
          <w:tcPr>
            <w:tcW w:type="dxa" w:w="3118"/>
            <w:tcBorders>
              <w:top w:val="nil"/>
              <w:left w:val="nil"/>
              <w:right w:val="nil"/>
              <w:bottom w:val="nil"/>
            </w:tcBorders>
            <w:vAlign w:val="bottom"/>
          </w:tcPr>
          <w:p>
            <w:r>
              <w:rPr>
                <w:b/>
              </w:rPr>
              <w:t>Naam school</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Adres</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Plaats</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Vertegenwoordigd door</w:t>
            </w:r>
          </w:p>
          <w:p>
            <w:r>
              <w:rPr>
                <w:i/>
                <w:color w:val="666666"/>
                <w:sz w:val="17"/>
              </w:rPr>
              <w:t>naam, functie en telefoonnummer</w:t>
            </w:r>
          </w:p>
        </w:tc>
        <w:tc>
          <w:tcPr>
            <w:tcW w:type="dxa" w:w="6520"/>
            <w:tcBorders>
              <w:top w:val="nil"/>
              <w:left w:val="nil"/>
              <w:right w:val="nil"/>
              <w:bottom w:val="single" w:sz="6" w:color="BBBBBB"/>
            </w:tcBorders>
          </w:tcPr>
          <w:p/>
        </w:tc>
      </w:tr>
    </w:tbl>
    <w:p/>
    <w:p>
      <w:r>
        <w:rPr>
          <w:b/>
        </w:rPr>
        <w:t>3. Stagiair(e) / leerling</w:t>
      </w:r>
    </w:p>
    <w:tbl>
      <w:tblPr>
        <w:tblW w:type="auto" w:w="0"/>
        <w:tblLayout w:type="fixed"/>
        <w:tblLook w:firstColumn="1" w:firstRow="1" w:lastColumn="0" w:lastRow="0" w:noHBand="0" w:noVBand="1" w:val="04A0"/>
      </w:tblPr>
      <w:tblGrid>
        <w:gridCol w:w="4986"/>
        <w:gridCol w:w="4986"/>
      </w:tblGrid>
      <w:tr>
        <w:trPr>
          <w:trHeight w:val="482"/>
        </w:trPr>
        <w:tc>
          <w:tcPr>
            <w:tcW w:type="dxa" w:w="3118"/>
            <w:tcBorders>
              <w:top w:val="nil"/>
              <w:left w:val="nil"/>
              <w:right w:val="nil"/>
              <w:bottom w:val="nil"/>
            </w:tcBorders>
            <w:vAlign w:val="bottom"/>
          </w:tcPr>
          <w:p>
            <w:r>
              <w:rPr>
                <w:b/>
              </w:rPr>
              <w:t>Naam</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Adres</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Plaats</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Geboortedatum</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Opleiding / klas</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Verplicht aantal stage-uren</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Telefoonnummer ouder/verzorger</w:t>
            </w:r>
          </w:p>
          <w:p>
            <w:r>
              <w:rPr>
                <w:i/>
                <w:color w:val="666666"/>
                <w:sz w:val="17"/>
              </w:rPr>
              <w:t>waarop wij u tijdens de KVW-dagen in noodgevallen kunnen bereiken</w:t>
            </w:r>
          </w:p>
        </w:tc>
        <w:tc>
          <w:tcPr>
            <w:tcW w:type="dxa" w:w="6520"/>
            <w:tcBorders>
              <w:top w:val="nil"/>
              <w:left w:val="nil"/>
              <w:right w:val="nil"/>
              <w:bottom w:val="single" w:sz="6" w:color="BBBBBB"/>
            </w:tcBorders>
          </w:tcPr>
          <w:p/>
        </w:tc>
      </w:tr>
    </w:tbl>
    <w:p/>
    <w:p>
      <w:pPr>
        <w:pStyle w:val="Heading2"/>
      </w:pPr>
      <w:r>
        <w:t>Afspraken</w:t>
      </w:r>
    </w:p>
    <w:p>
      <w:r>
        <w:t>Partijen komen het volgende overeen, waarbij zij ervan uitgaan dat deze overeenkomst geen arbeidsovereenkomst is.</w:t>
      </w:r>
    </w:p>
    <w:p>
      <w:pPr>
        <w:keepNext/>
        <w:spacing w:before="120"/>
      </w:pPr>
      <w:r>
        <w:rPr>
          <w:b/>
        </w:rPr>
        <w:t>Artikel 1 – Werkzaamheden en begeleiding</w:t>
      </w:r>
    </w:p>
    <w:p>
      <w:r>
        <w:t>De stagiair(e) (hierna: ‘de leerling’) verricht activiteiten voor de stagebieder tijdens KVW Eerde. Totaal afgesproken aantal uren: ________. De leerling werkt onder verantwoordelijkheid van de stagebegeleider. In overleg worden de inhoud en frequentie van de begeleiding bepaald. KVW Eerde zorgt voor een goede introductie en informatie over de organisatie (huisregels e.d.). De leerling bepaalt in overleg met de stagebieder de inhoud van de activiteiten en eventuele afspraken over het eindresultaat.</w:t>
      </w:r>
    </w:p>
    <w:p>
      <w:pPr>
        <w:keepNext/>
        <w:spacing w:before="120"/>
      </w:pPr>
      <w:r>
        <w:rPr>
          <w:b/>
        </w:rPr>
        <w:t>Artikel 2 – Verzekering</w:t>
      </w:r>
    </w:p>
    <w:p>
      <w:r>
        <w:t>De leerling is via de school verzekerd voor wettelijke aansprakelijkheid en ongevallen.</w:t>
      </w:r>
    </w:p>
    <w:p>
      <w:pPr>
        <w:keepNext/>
        <w:spacing w:before="120"/>
      </w:pPr>
      <w:r>
        <w:rPr>
          <w:b/>
        </w:rPr>
        <w:t>Artikel 3 – Vergoeding</w:t>
      </w:r>
    </w:p>
    <w:p>
      <w:r>
        <w:t>De leerling heeft geen recht op een stagevergoeding. Onkosten die de leerling maakt worden wel vergoed, mits hiervoor vooraf schriftelijk toestemming is gegeven en de originele bonnen worden ingeleverd.</w:t>
      </w:r>
    </w:p>
    <w:p>
      <w:pPr>
        <w:keepNext/>
        <w:spacing w:before="120"/>
      </w:pPr>
      <w:r>
        <w:rPr>
          <w:b/>
        </w:rPr>
        <w:t>Artikel 4 – Afmelden</w:t>
      </w:r>
    </w:p>
    <w:p>
      <w:r>
        <w:t>Bij verhindering (ziekte of bijzondere omstandigheden) meldt de leerling zich tijdig af bij de stagebieder: vóór 8.00 uur ’s ochtends op de betreffende dag.</w:t>
      </w:r>
    </w:p>
    <w:p>
      <w:pPr>
        <w:keepNext/>
        <w:spacing w:before="120"/>
      </w:pPr>
      <w:r>
        <w:rPr>
          <w:b/>
        </w:rPr>
        <w:t>Artikel 5 – Regels en gedragscode</w:t>
      </w:r>
    </w:p>
    <w:p>
      <w:r>
        <w:t>De leerling houdt zich aan de aanwijzingen, voorschriften en regels van KVW Eerde op het gebied van veiligheid, orde en gezondheid, en aan de gedragscode voor vrijwilligers (kvw-eerde.nl/gedragscode). Dit geldt ook voor kleding en werkhouding.</w:t>
      </w:r>
    </w:p>
    <w:p>
      <w:pPr>
        <w:keepNext/>
        <w:spacing w:before="120"/>
      </w:pPr>
      <w:r>
        <w:rPr>
          <w:b/>
        </w:rPr>
        <w:t>Artikel 6 – Klachten</w:t>
      </w:r>
    </w:p>
    <w:p>
      <w:r>
        <w:t>De leerling kan klachten en geschillen over de werkzaamheden en werkomstandigheden bespreken met de stagebegeleider. De stagebieder neemt deze serieus en handelt ze zorgvuldig af. Komen partijen er samen niet uit, dan wordt het geschil voorgelegd aan de school. Bij KVW Eerde kun je ook terecht bij een vertrouwenspersoon (kvw-eerde.nl/vertrouwenspersonen).</w:t>
      </w:r>
    </w:p>
    <w:p>
      <w:pPr>
        <w:keepNext/>
        <w:spacing w:before="120"/>
      </w:pPr>
      <w:r>
        <w:rPr>
          <w:b/>
        </w:rPr>
        <w:t>Artikel 7 – Geheimhouding</w:t>
      </w:r>
    </w:p>
    <w:p>
      <w:r>
        <w:t>De leerling heeft een geheimhoudingsplicht voor privacygevoelige gegevens. Dit geldt ook voor de stagebieder, zowel tijdens als na de maatschappelijke stage.</w:t>
      </w:r>
    </w:p>
    <w:p>
      <w:pPr>
        <w:keepNext/>
        <w:spacing w:before="120"/>
      </w:pPr>
      <w:r>
        <w:rPr>
          <w:b/>
        </w:rPr>
        <w:t>Artikel 8 – Verantwoordelijkheid ouders</w:t>
      </w:r>
    </w:p>
    <w:p>
      <w:r>
        <w:t>De stage tijdens KVW Eerde valt buiten de reguliere schooltijden. Bij een probleem of calamiteit zijn de ouders/verzorgers daarom het eerste aanspreekpunt.</w:t>
      </w:r>
    </w:p>
    <w:p>
      <w:pPr>
        <w:keepNext/>
        <w:spacing w:before="120"/>
      </w:pPr>
      <w:r>
        <w:rPr>
          <w:b/>
        </w:rPr>
        <w:t>Artikel 9 – Tot slot</w:t>
      </w:r>
    </w:p>
    <w:p>
      <w:r>
        <w:t>We zijn heel blij dat je voor KVW Eerde hebt gekozen voor je maatschappelijke stage! Samen met alle Eerdse kinderen (groep 1 t/m 8), leiding en vrijwilligers maken we er gezellige dagen van!</w:t>
      </w:r>
    </w:p>
    <w:p>
      <w:pPr>
        <w:pStyle w:val="Heading2"/>
      </w:pPr>
      <w:r>
        <w:t>Ondertekening</w:t>
      </w:r>
    </w:p>
    <w:p>
      <w:r>
        <w:t>Aldus overeengekomen, in viervoud opgemaakt en ondertekend.</w:t>
      </w:r>
    </w:p>
    <w:tbl>
      <w:tblPr>
        <w:tblW w:type="auto" w:w="0"/>
        <w:tblLayout w:type="fixed"/>
        <w:tblLook w:firstColumn="1" w:firstRow="1" w:lastColumn="0" w:lastRow="0" w:noHBand="0" w:noVBand="1" w:val="04A0"/>
      </w:tblPr>
      <w:tblGrid>
        <w:gridCol w:w="4986"/>
        <w:gridCol w:w="4986"/>
      </w:tblGrid>
      <w:tr>
        <w:trPr>
          <w:trHeight w:val="482"/>
        </w:trPr>
        <w:tc>
          <w:tcPr>
            <w:tcW w:type="dxa" w:w="3118"/>
            <w:tcBorders>
              <w:top w:val="nil"/>
              <w:left w:val="nil"/>
              <w:right w:val="nil"/>
              <w:bottom w:val="nil"/>
            </w:tcBorders>
            <w:vAlign w:val="bottom"/>
          </w:tcPr>
          <w:p>
            <w:r>
              <w:rPr>
                <w:b/>
              </w:rPr>
              <w:t>Datum</w:t>
            </w:r>
          </w:p>
        </w:tc>
        <w:tc>
          <w:tcPr>
            <w:tcW w:type="dxa" w:w="6520"/>
            <w:tcBorders>
              <w:top w:val="nil"/>
              <w:left w:val="nil"/>
              <w:right w:val="nil"/>
              <w:bottom w:val="single" w:sz="6" w:color="BBBBBB"/>
            </w:tcBorders>
          </w:tcPr>
          <w:p/>
        </w:tc>
      </w:tr>
      <w:tr>
        <w:trPr>
          <w:trHeight w:val="482"/>
        </w:trPr>
        <w:tc>
          <w:tcPr>
            <w:tcW w:type="dxa" w:w="3118"/>
            <w:tcBorders>
              <w:top w:val="nil"/>
              <w:left w:val="nil"/>
              <w:right w:val="nil"/>
              <w:bottom w:val="nil"/>
            </w:tcBorders>
            <w:vAlign w:val="bottom"/>
          </w:tcPr>
          <w:p>
            <w:r>
              <w:rPr>
                <w:b/>
              </w:rPr>
              <w:t>Plaats</w:t>
            </w:r>
          </w:p>
        </w:tc>
        <w:tc>
          <w:tcPr>
            <w:tcW w:type="dxa" w:w="6520"/>
            <w:tcBorders>
              <w:top w:val="nil"/>
              <w:left w:val="nil"/>
              <w:right w:val="nil"/>
              <w:bottom w:val="single" w:sz="6" w:color="BBBBBB"/>
            </w:tcBorders>
          </w:tcPr>
          <w:p/>
        </w:tc>
      </w:tr>
    </w:tbl>
    <w:p/>
    <w:tbl>
      <w:tblPr>
        <w:tblW w:type="auto" w:w="0"/>
        <w:tblLayout w:type="fixed"/>
        <w:tblLook w:firstColumn="1" w:firstRow="1" w:lastColumn="0" w:lastRow="0" w:noHBand="0" w:noVBand="1" w:val="04A0"/>
      </w:tblPr>
      <w:tblGrid>
        <w:gridCol w:w="4986"/>
        <w:gridCol w:w="4986"/>
      </w:tblGrid>
      <w:tr>
        <w:tc>
          <w:tcPr>
            <w:tcW w:type="dxa" w:w="4819"/>
          </w:tcPr>
          <w:p>
            <w:r>
              <w:rPr>
                <w:b/>
              </w:rPr>
              <w:t>Namens de stagebieder</w:t>
            </w:r>
          </w:p>
          <w:p>
            <w:pPr>
              <w:spacing w:before="280"/>
            </w:pPr>
            <w:r>
              <w:t>Naam: ______________________________</w:t>
            </w:r>
          </w:p>
          <w:p>
            <w:pPr>
              <w:spacing w:before="280"/>
            </w:pPr>
            <w:r>
              <w:t>Handtekening: ______________________________</w:t>
            </w:r>
          </w:p>
          <w:p/>
        </w:tc>
        <w:tc>
          <w:tcPr>
            <w:tcW w:type="dxa" w:w="4819"/>
          </w:tcPr>
          <w:p>
            <w:r>
              <w:rPr>
                <w:b/>
              </w:rPr>
              <w:t>Namens de school</w:t>
            </w:r>
          </w:p>
          <w:p>
            <w:pPr>
              <w:spacing w:before="280"/>
            </w:pPr>
            <w:r>
              <w:t>Naam: ______________________________</w:t>
            </w:r>
          </w:p>
          <w:p>
            <w:pPr>
              <w:spacing w:before="280"/>
            </w:pPr>
            <w:r>
              <w:t>Handtekening: ______________________________</w:t>
            </w:r>
          </w:p>
          <w:p/>
        </w:tc>
      </w:tr>
      <w:tr>
        <w:tc>
          <w:tcPr>
            <w:tcW w:type="dxa" w:w="4819"/>
          </w:tcPr>
          <w:p>
            <w:r>
              <w:rPr>
                <w:b/>
              </w:rPr>
              <w:t>De stagiair(e)</w:t>
            </w:r>
          </w:p>
          <w:p>
            <w:pPr>
              <w:spacing w:before="280"/>
            </w:pPr>
            <w:r>
              <w:t>Naam: ______________________________</w:t>
            </w:r>
          </w:p>
          <w:p>
            <w:pPr>
              <w:spacing w:before="280"/>
            </w:pPr>
            <w:r>
              <w:t>Handtekening: ______________________________</w:t>
            </w:r>
          </w:p>
          <w:p/>
        </w:tc>
        <w:tc>
          <w:tcPr>
            <w:tcW w:type="dxa" w:w="4819"/>
          </w:tcPr>
          <w:p>
            <w:r>
              <w:rPr>
                <w:b/>
              </w:rPr>
              <w:t>De ouder/verzorger</w:t>
            </w:r>
          </w:p>
          <w:p>
            <w:pPr>
              <w:spacing w:before="280"/>
            </w:pPr>
            <w:r>
              <w:t>Naam: ______________________________</w:t>
            </w:r>
          </w:p>
          <w:p>
            <w:pPr>
              <w:spacing w:before="280"/>
            </w:pPr>
            <w:r>
              <w:t>Handtekening: ______________________________</w:t>
            </w:r>
          </w:p>
          <w:p/>
        </w:tc>
      </w:tr>
    </w:tbl>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t>KVW Eerde  ·  www.kvw-eerde.nl  ·  info@kvw-eerde.nl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majorHAnsi" w:eastAsiaTheme="majorEastAsia" w:hAnsiTheme="majorHAnsi" w:cstheme="majorBidi" w:ascii="Calibri" w:hAnsi="Calibri"/>
      <w:b/>
      <w:bCs/>
      <w:color w:val="E06A1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E06A1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