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701"/>
          </w:tcPr>
          <w:p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vw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7"/>
            <w:vAlign w:val="center"/>
          </w:tcPr>
          <w:p>
            <w:pPr>
              <w:pStyle w:val="Heading1"/>
            </w:pPr>
            <w:r>
              <w:t>Aanvraag maatschappelijke stage</w:t>
            </w:r>
          </w:p>
          <w:p>
            <w:r>
              <w:rPr>
                <w:color w:val="666666"/>
              </w:rPr>
              <w:t>Kindervakantiewerk (KVW) Eerde</w:t>
            </w:r>
          </w:p>
        </w:tc>
      </w:tr>
    </w:tbl>
    <w:p/>
    <w:p>
      <w:r>
        <w:t>Leuk dat je je maatschappelijke stage bij KVW Eerde wilt doen! Vul dit formulier in en stuur het, samen met de ingevulde stageovereenkomst, naar info@kvw-eerde.nl.</w:t>
      </w:r>
    </w:p>
    <w:p>
      <w:pPr>
        <w:pStyle w:val="Heading2"/>
      </w:pPr>
      <w:r>
        <w:t>Gegevens stagiair(e)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Voornaam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Achternaam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Geboortedatum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Adres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Postcode en woonplaats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Telefoonnummer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E-mailadres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</w:tbl>
    <w:p/>
    <w:p>
      <w:pPr>
        <w:pStyle w:val="Heading2"/>
      </w:pPr>
      <w:r>
        <w:t>School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Naam school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Opleiding / klas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Aantal verplichte stage-uren</w:t>
            </w:r>
          </w:p>
          <w:p>
            <w:r>
              <w:rPr>
                <w:i/>
                <w:color w:val="666666"/>
                <w:sz w:val="17"/>
              </w:rPr>
              <w:t>vanuit school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Contactpersoon school</w:t>
            </w:r>
          </w:p>
          <w:p>
            <w:r>
              <w:rPr>
                <w:i/>
                <w:color w:val="666666"/>
                <w:sz w:val="17"/>
              </w:rPr>
              <w:t>naam en e-mailadres / telefoon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</w:tbl>
    <w:p/>
    <w:p>
      <w:pPr>
        <w:pStyle w:val="Heading2"/>
      </w:pPr>
      <w:r>
        <w:t>Bereikbaarheid in noodgevallen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Naam ouder/verzorger 1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Telefoonnummer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Naam ouder/verzorger 2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Telefoonnummer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</w:tbl>
    <w:p/>
    <w:p>
      <w:pPr>
        <w:pStyle w:val="Heading2"/>
      </w:pPr>
      <w:r>
        <w:t>Overig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Allergieën / medicijnen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Opmerkingen</w:t>
            </w:r>
          </w:p>
          <w:p>
            <w:r>
              <w:rPr>
                <w:i/>
                <w:color w:val="666666"/>
                <w:sz w:val="17"/>
              </w:rPr>
              <w:t>bijv. voorkeur voor taken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  <w:tr>
        <w:trPr>
          <w:trHeight w:val="482"/>
        </w:trPr>
        <w:tc>
          <w:tcPr>
            <w:tcW w:type="dxa" w:w="3118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r>
              <w:rPr>
                <w:b/>
              </w:rPr>
              <w:t>Datum inschrijving</w:t>
            </w:r>
          </w:p>
        </w:tc>
        <w:tc>
          <w:tcPr>
            <w:tcW w:type="dxa" w:w="6520"/>
            <w:tcBorders>
              <w:top w:val="nil"/>
              <w:left w:val="nil"/>
              <w:right w:val="nil"/>
              <w:bottom w:val="single" w:sz="6" w:color="BBBBBB"/>
            </w:tcBorders>
          </w:tcPr>
          <w:p/>
        </w:tc>
      </w:tr>
    </w:tbl>
    <w:p/>
    <w:p>
      <w:pPr>
        <w:pStyle w:val="Heading2"/>
      </w:pPr>
      <w:r>
        <w:t>Hoe gaat het verder?</w:t>
      </w:r>
    </w:p>
    <w:p>
      <w:pPr>
        <w:pStyle w:val="ListBullet"/>
      </w:pPr>
      <w:r>
        <w:t>De organisatie van KVW Eerde maakt de indeling van de leiding en stagiaires. In overleg bepalen we de werkzaamheden per stagiair(e).</w:t>
      </w:r>
    </w:p>
    <w:p>
      <w:pPr>
        <w:pStyle w:val="ListBullet"/>
      </w:pPr>
      <w:r>
        <w:t>Na je inschrijving krijg je een persoonlijk bericht of je je stage bij KVW Eerde kunt doen.</w:t>
      </w:r>
    </w:p>
    <w:p>
      <w:pPr>
        <w:pStyle w:val="ListBullet"/>
      </w:pPr>
      <w:r>
        <w:t>Als vrijwilliger of stagiair(e) volg je onze gedragscode (zie kvw-eerde.nl/gedragscode).</w:t>
      </w:r>
    </w:p>
    <w:p>
      <w:pPr>
        <w:spacing w:before="200"/>
      </w:pPr>
      <w:r>
        <w:rPr>
          <w:b/>
          <w:color w:val="E06A1B"/>
        </w:rPr>
        <w:t>Wij bieden jou een leuke en leerzame stageplek, dus meld je snel aan!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7"/>
      </w:rPr>
      <w:t>KVW Eerde  ·  www.kvw-eerde.nl  ·  info@kvw-eerde.nl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E06A1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E06A1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